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4DAF" w14:textId="77777777" w:rsidR="00976CAB" w:rsidRDefault="00000000">
      <w:pPr>
        <w:spacing w:after="20"/>
        <w:jc w:val="center"/>
      </w:pPr>
      <w:r>
        <w:rPr>
          <w:b/>
          <w:sz w:val="30"/>
        </w:rPr>
        <w:t>CONSENSO INFORMATO</w:t>
      </w:r>
    </w:p>
    <w:p w14:paraId="33CF2870" w14:textId="77777777" w:rsidR="00976CAB" w:rsidRDefault="00000000">
      <w:pPr>
        <w:spacing w:after="100"/>
        <w:jc w:val="center"/>
      </w:pPr>
      <w:r>
        <w:rPr>
          <w:b/>
          <w:sz w:val="25"/>
        </w:rPr>
        <w:t>PROGETTO CALEIDOSCOPIO INSCUOLA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10822"/>
      </w:tblGrid>
      <w:tr w:rsidR="00976CAB" w:rsidRPr="00052D48" w14:paraId="78EA5B44" w14:textId="77777777">
        <w:trPr>
          <w:jc w:val="center"/>
        </w:trPr>
        <w:tc>
          <w:tcPr>
            <w:tcW w:w="10822" w:type="dxa"/>
            <w:shd w:val="clear" w:color="auto" w:fill="F2F2F2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D4F1FE3" w14:textId="77777777" w:rsidR="00976CAB" w:rsidRPr="00305426" w:rsidRDefault="00000000">
            <w:pPr>
              <w:spacing w:after="20" w:line="240" w:lineRule="auto"/>
              <w:rPr>
                <w:lang w:val="it-IT"/>
              </w:rPr>
            </w:pPr>
            <w:r w:rsidRPr="00305426">
              <w:rPr>
                <w:b/>
                <w:lang w:val="it-IT"/>
              </w:rPr>
              <w:t>PRIMA DI FIRMARE</w:t>
            </w:r>
          </w:p>
          <w:p w14:paraId="4F872114" w14:textId="77777777" w:rsidR="00976CAB" w:rsidRPr="00305426" w:rsidRDefault="00000000">
            <w:pPr>
              <w:spacing w:after="0" w:line="240" w:lineRule="auto"/>
              <w:rPr>
                <w:lang w:val="it-IT"/>
              </w:rPr>
            </w:pPr>
            <w:r w:rsidRPr="00305426">
              <w:rPr>
                <w:sz w:val="21"/>
                <w:lang w:val="it-IT"/>
              </w:rPr>
              <w:t>• Il progetto è gratuito. La partecipazione è sempre volontaria.</w:t>
            </w:r>
          </w:p>
          <w:p w14:paraId="0E0CDF66" w14:textId="77777777" w:rsidR="00976CAB" w:rsidRPr="00305426" w:rsidRDefault="00000000">
            <w:pPr>
              <w:spacing w:after="0" w:line="240" w:lineRule="auto"/>
              <w:rPr>
                <w:lang w:val="it-IT"/>
              </w:rPr>
            </w:pPr>
            <w:r w:rsidRPr="00305426">
              <w:rPr>
                <w:sz w:val="21"/>
                <w:lang w:val="it-IT"/>
              </w:rPr>
              <w:t>• Puoi autorizzare una sola attività oppure entrambe.</w:t>
            </w:r>
          </w:p>
          <w:p w14:paraId="073AE185" w14:textId="77777777" w:rsidR="00976CAB" w:rsidRPr="00305426" w:rsidRDefault="00000000">
            <w:pPr>
              <w:spacing w:after="0" w:line="240" w:lineRule="auto"/>
              <w:rPr>
                <w:lang w:val="it-IT"/>
              </w:rPr>
            </w:pPr>
            <w:r w:rsidRPr="00305426">
              <w:rPr>
                <w:sz w:val="21"/>
                <w:lang w:val="it-IT"/>
              </w:rPr>
              <w:t>• Leggi la circolare e l’informativa completa: https://www.caleidoscopio.org/privacy-attivita-rivolte-minorenni/</w:t>
            </w:r>
          </w:p>
        </w:tc>
      </w:tr>
    </w:tbl>
    <w:p w14:paraId="51BC497F" w14:textId="77777777" w:rsidR="00976CAB" w:rsidRPr="00305426" w:rsidRDefault="00976CAB">
      <w:pPr>
        <w:spacing w:after="0"/>
        <w:rPr>
          <w:lang w:val="it-IT"/>
        </w:rPr>
      </w:pP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976CAB" w14:paraId="216E3EFA" w14:textId="77777777">
        <w:trPr>
          <w:jc w:val="center"/>
        </w:trPr>
        <w:tc>
          <w:tcPr>
            <w:tcW w:w="5411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F5C687A" w14:textId="77777777" w:rsidR="00976CA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STUDENTESSA / STUDENTE</w:t>
            </w:r>
          </w:p>
        </w:tc>
        <w:tc>
          <w:tcPr>
            <w:tcW w:w="5411" w:type="dxa"/>
            <w:shd w:val="clear" w:color="auto" w:fill="F2F2F2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720D3E8" w14:textId="77777777" w:rsidR="00976CA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SCUOLA E CLASSE</w:t>
            </w:r>
          </w:p>
        </w:tc>
      </w:tr>
      <w:tr w:rsidR="00976CAB" w14:paraId="74854860" w14:textId="77777777">
        <w:trPr>
          <w:jc w:val="center"/>
        </w:trPr>
        <w:tc>
          <w:tcPr>
            <w:tcW w:w="5411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D72D28A" w14:textId="77777777" w:rsidR="00976CAB" w:rsidRDefault="00000000">
            <w:pPr>
              <w:spacing w:after="0" w:line="240" w:lineRule="auto"/>
            </w:pPr>
            <w:r>
              <w:rPr>
                <w:sz w:val="21"/>
              </w:rPr>
              <w:t>Nome e cognome:</w:t>
            </w:r>
          </w:p>
          <w:p w14:paraId="5903CA2E" w14:textId="5BB09C96" w:rsidR="00976CAB" w:rsidRDefault="00976CAB">
            <w:pPr>
              <w:spacing w:after="0" w:line="240" w:lineRule="auto"/>
            </w:pPr>
          </w:p>
        </w:tc>
        <w:tc>
          <w:tcPr>
            <w:tcW w:w="5411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1701C95" w14:textId="4A531E5B" w:rsidR="00976CAB" w:rsidRDefault="00000000">
            <w:pPr>
              <w:spacing w:after="0" w:line="240" w:lineRule="auto"/>
            </w:pPr>
            <w:r>
              <w:rPr>
                <w:sz w:val="21"/>
              </w:rPr>
              <w:t>Istituto</w:t>
            </w:r>
            <w:r w:rsidR="00305426">
              <w:rPr>
                <w:sz w:val="21"/>
              </w:rPr>
              <w:t xml:space="preserve"> e plesso</w:t>
            </w:r>
            <w:r>
              <w:rPr>
                <w:sz w:val="21"/>
              </w:rPr>
              <w:t>:</w:t>
            </w:r>
          </w:p>
          <w:p w14:paraId="450539C0" w14:textId="75339669" w:rsidR="00976CAB" w:rsidRDefault="00976CAB">
            <w:pPr>
              <w:spacing w:after="0" w:line="240" w:lineRule="auto"/>
            </w:pPr>
          </w:p>
        </w:tc>
      </w:tr>
      <w:tr w:rsidR="00976CAB" w14:paraId="59904681" w14:textId="77777777">
        <w:trPr>
          <w:jc w:val="center"/>
        </w:trPr>
        <w:tc>
          <w:tcPr>
            <w:tcW w:w="5411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8367712" w14:textId="77777777" w:rsidR="00976CAB" w:rsidRDefault="00000000">
            <w:pPr>
              <w:spacing w:after="0" w:line="240" w:lineRule="auto"/>
            </w:pPr>
            <w:r>
              <w:rPr>
                <w:sz w:val="21"/>
              </w:rPr>
              <w:t>Data di nascita:</w:t>
            </w:r>
          </w:p>
          <w:p w14:paraId="1C82D278" w14:textId="217405F4" w:rsidR="00976CAB" w:rsidRDefault="00976CAB">
            <w:pPr>
              <w:spacing w:after="0" w:line="240" w:lineRule="auto"/>
            </w:pPr>
          </w:p>
        </w:tc>
        <w:tc>
          <w:tcPr>
            <w:tcW w:w="5411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1D112C5" w14:textId="77777777" w:rsidR="00976CAB" w:rsidRDefault="00000000">
            <w:pPr>
              <w:spacing w:after="0" w:line="240" w:lineRule="auto"/>
            </w:pPr>
            <w:r>
              <w:rPr>
                <w:sz w:val="21"/>
              </w:rPr>
              <w:t>Classe:</w:t>
            </w:r>
          </w:p>
          <w:p w14:paraId="2CC9ECDB" w14:textId="7B1524D9" w:rsidR="00976CAB" w:rsidRDefault="00976CAB">
            <w:pPr>
              <w:spacing w:after="0" w:line="240" w:lineRule="auto"/>
            </w:pPr>
          </w:p>
        </w:tc>
      </w:tr>
    </w:tbl>
    <w:p w14:paraId="0EED9E81" w14:textId="77777777" w:rsidR="00976CAB" w:rsidRDefault="00976CAB">
      <w:pPr>
        <w:spacing w:after="0"/>
      </w:pP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10822"/>
      </w:tblGrid>
      <w:tr w:rsidR="00976CAB" w14:paraId="59F1DA81" w14:textId="77777777">
        <w:trPr>
          <w:jc w:val="center"/>
        </w:trPr>
        <w:tc>
          <w:tcPr>
            <w:tcW w:w="10822" w:type="dxa"/>
            <w:shd w:val="clear" w:color="auto" w:fill="F8F8F8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CE673F5" w14:textId="77777777" w:rsidR="00976CAB" w:rsidRPr="00305426" w:rsidRDefault="00000000">
            <w:pPr>
              <w:spacing w:after="20"/>
              <w:rPr>
                <w:lang w:val="it-IT"/>
              </w:rPr>
            </w:pPr>
            <w:r w:rsidRPr="00305426">
              <w:rPr>
                <w:b/>
                <w:sz w:val="22"/>
                <w:lang w:val="it-IT"/>
              </w:rPr>
              <w:t>1. SPORTELLO PSICOLOGICO STUDENTI</w:t>
            </w:r>
          </w:p>
          <w:p w14:paraId="3FFB6794" w14:textId="3CC1726F" w:rsidR="00976CAB" w:rsidRPr="00305426" w:rsidRDefault="00000000">
            <w:pPr>
              <w:spacing w:after="20" w:line="240" w:lineRule="auto"/>
              <w:rPr>
                <w:lang w:val="it-IT"/>
              </w:rPr>
            </w:pPr>
            <w:r w:rsidRPr="00305426">
              <w:rPr>
                <w:sz w:val="20"/>
                <w:lang w:val="it-IT"/>
              </w:rPr>
              <w:t>Colloqui individuali con un</w:t>
            </w:r>
            <w:r w:rsidR="00817B1A">
              <w:rPr>
                <w:sz w:val="20"/>
                <w:lang w:val="it-IT"/>
              </w:rPr>
              <w:t>a/o</w:t>
            </w:r>
            <w:r w:rsidRPr="00305426">
              <w:rPr>
                <w:sz w:val="20"/>
                <w:lang w:val="it-IT"/>
              </w:rPr>
              <w:t xml:space="preserve"> psicolog</w:t>
            </w:r>
            <w:r w:rsidR="00817B1A">
              <w:rPr>
                <w:sz w:val="20"/>
                <w:lang w:val="it-IT"/>
              </w:rPr>
              <w:t>a/</w:t>
            </w:r>
            <w:r w:rsidRPr="00305426">
              <w:rPr>
                <w:sz w:val="20"/>
                <w:lang w:val="it-IT"/>
              </w:rPr>
              <w:t>o per parlare di difficoltà scolastiche, relazionali, emotive o personali e ricevere ascolto, consulenza, supporto psicologico e accompagnamento psicoeducativo. I colloqui possono svolgersi a scuola oppure, quando previsto, online. Non comprendono diagnosi, test psicodiagnostici o psicoterapia. La scuola</w:t>
            </w:r>
            <w:r w:rsidR="00052D48">
              <w:rPr>
                <w:sz w:val="20"/>
                <w:lang w:val="it-IT"/>
              </w:rPr>
              <w:t xml:space="preserve"> di norma</w:t>
            </w:r>
            <w:r w:rsidRPr="00305426">
              <w:rPr>
                <w:sz w:val="20"/>
                <w:lang w:val="it-IT"/>
              </w:rPr>
              <w:t xml:space="preserve"> non riceve informazioni sui contenuti dei colloqui.</w:t>
            </w:r>
          </w:p>
          <w:p w14:paraId="2AC16FFC" w14:textId="77777777" w:rsidR="00976CAB" w:rsidRDefault="00000000">
            <w:pPr>
              <w:spacing w:after="0"/>
            </w:pPr>
            <w:r>
              <w:rPr>
                <w:b/>
                <w:sz w:val="22"/>
              </w:rPr>
              <w:t>□ ACCONSENTO     □ NON ACCONSENTO</w:t>
            </w:r>
          </w:p>
        </w:tc>
      </w:tr>
      <w:tr w:rsidR="00976CAB" w:rsidRPr="00052D48" w14:paraId="5CFBBCC6" w14:textId="77777777">
        <w:trPr>
          <w:jc w:val="center"/>
        </w:trPr>
        <w:tc>
          <w:tcPr>
            <w:tcW w:w="10822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E587D67" w14:textId="77777777" w:rsidR="00976CAB" w:rsidRPr="00305426" w:rsidRDefault="00000000">
            <w:pPr>
              <w:spacing w:after="20"/>
              <w:rPr>
                <w:lang w:val="it-IT"/>
              </w:rPr>
            </w:pPr>
            <w:r w:rsidRPr="00305426">
              <w:rPr>
                <w:b/>
                <w:sz w:val="22"/>
                <w:lang w:val="it-IT"/>
              </w:rPr>
              <w:t>2. LABORATORI PSICOEDUCATIVI CON LE CLASSI</w:t>
            </w:r>
          </w:p>
          <w:p w14:paraId="13CF9989" w14:textId="77777777" w:rsidR="00976CAB" w:rsidRPr="00305426" w:rsidRDefault="00000000">
            <w:pPr>
              <w:spacing w:after="20" w:line="240" w:lineRule="auto"/>
              <w:rPr>
                <w:lang w:val="it-IT"/>
              </w:rPr>
            </w:pPr>
            <w:r w:rsidRPr="00305426">
              <w:rPr>
                <w:sz w:val="20"/>
                <w:lang w:val="it-IT"/>
              </w:rPr>
              <w:t>Attività di gruppo con la classe su emozioni, relazioni, comunicazione, collaborazione, inclusione e benessere scolastico. Non prevedono diagnosi, valutazioni diagnostiche o profili psicologici individuali.</w:t>
            </w:r>
          </w:p>
          <w:p w14:paraId="1E41CA54" w14:textId="77777777" w:rsidR="00976CAB" w:rsidRPr="00305426" w:rsidRDefault="00000000">
            <w:pPr>
              <w:spacing w:after="0"/>
              <w:rPr>
                <w:lang w:val="it-IT"/>
              </w:rPr>
            </w:pPr>
            <w:r w:rsidRPr="00305426">
              <w:rPr>
                <w:b/>
                <w:sz w:val="22"/>
                <w:lang w:val="it-IT"/>
              </w:rPr>
              <w:t>□ ACCONSENTO     □ NON ACCONSENTO</w:t>
            </w:r>
          </w:p>
        </w:tc>
      </w:tr>
    </w:tbl>
    <w:p w14:paraId="4085E3FA" w14:textId="77777777" w:rsidR="00976CAB" w:rsidRPr="00305426" w:rsidRDefault="00976CAB">
      <w:pPr>
        <w:spacing w:after="0"/>
        <w:rPr>
          <w:lang w:val="it-IT"/>
        </w:rPr>
      </w:pP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10822"/>
      </w:tblGrid>
      <w:tr w:rsidR="00976CAB" w:rsidRPr="00052D48" w14:paraId="529634FB" w14:textId="77777777">
        <w:trPr>
          <w:jc w:val="center"/>
        </w:trPr>
        <w:tc>
          <w:tcPr>
            <w:tcW w:w="108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7C4CF" w14:textId="5B19733A" w:rsidR="00976CAB" w:rsidRPr="00305426" w:rsidRDefault="00000000">
            <w:pPr>
              <w:spacing w:after="0" w:line="240" w:lineRule="auto"/>
              <w:rPr>
                <w:lang w:val="it-IT"/>
              </w:rPr>
            </w:pPr>
            <w:r w:rsidRPr="00305426">
              <w:rPr>
                <w:b/>
                <w:sz w:val="20"/>
                <w:lang w:val="it-IT"/>
              </w:rPr>
              <w:t xml:space="preserve">CHI SVOLGE LE </w:t>
            </w:r>
            <w:r w:rsidR="00305426" w:rsidRPr="00305426">
              <w:rPr>
                <w:b/>
                <w:sz w:val="20"/>
                <w:lang w:val="it-IT"/>
              </w:rPr>
              <w:t xml:space="preserve">ATTIVITÀ. </w:t>
            </w:r>
            <w:r w:rsidR="00305426" w:rsidRPr="00305426">
              <w:rPr>
                <w:bCs/>
                <w:sz w:val="20"/>
                <w:lang w:val="it-IT"/>
              </w:rPr>
              <w:t>Le</w:t>
            </w:r>
            <w:r w:rsidRPr="00305426">
              <w:rPr>
                <w:bCs/>
                <w:sz w:val="20"/>
                <w:lang w:val="it-IT"/>
              </w:rPr>
              <w:t xml:space="preserve"> </w:t>
            </w:r>
            <w:r w:rsidRPr="00305426">
              <w:rPr>
                <w:sz w:val="20"/>
                <w:lang w:val="it-IT"/>
              </w:rPr>
              <w:t xml:space="preserve">attività sono svolte da professionisti incaricati da Caleidoscopio APS. Possono essere presenti tirocinanti o persone in formazione, sempre in affiancamento ai professionisti e nel rispetto della riservatezza. </w:t>
            </w:r>
          </w:p>
        </w:tc>
      </w:tr>
    </w:tbl>
    <w:p w14:paraId="677B5DB8" w14:textId="77777777" w:rsidR="00976CAB" w:rsidRPr="00305426" w:rsidRDefault="00976CAB">
      <w:pPr>
        <w:spacing w:after="0"/>
        <w:rPr>
          <w:lang w:val="it-IT"/>
        </w:rPr>
      </w:pP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10822"/>
      </w:tblGrid>
      <w:tr w:rsidR="00976CAB" w:rsidRPr="00052D48" w14:paraId="314356A6" w14:textId="77777777">
        <w:trPr>
          <w:jc w:val="center"/>
        </w:trPr>
        <w:tc>
          <w:tcPr>
            <w:tcW w:w="108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F6302" w14:textId="77777777" w:rsidR="00305426" w:rsidRDefault="00000000">
            <w:pPr>
              <w:spacing w:after="0" w:line="240" w:lineRule="auto"/>
              <w:rPr>
                <w:sz w:val="20"/>
                <w:lang w:val="it-IT"/>
              </w:rPr>
            </w:pPr>
            <w:r w:rsidRPr="00305426">
              <w:rPr>
                <w:sz w:val="20"/>
                <w:lang w:val="it-IT"/>
              </w:rPr>
              <w:t>Dichiaro di aver letto e compreso le informazioni sopra riportate</w:t>
            </w:r>
            <w:r w:rsidR="00305426">
              <w:rPr>
                <w:sz w:val="20"/>
                <w:lang w:val="it-IT"/>
              </w:rPr>
              <w:t xml:space="preserve"> </w:t>
            </w:r>
            <w:r w:rsidRPr="00305426">
              <w:rPr>
                <w:sz w:val="20"/>
                <w:lang w:val="it-IT"/>
              </w:rPr>
              <w:t xml:space="preserve">e l’informativa completa indicata in questa pagina. Presto il consenso secondo le caselle selezionate. </w:t>
            </w:r>
          </w:p>
          <w:p w14:paraId="02C74233" w14:textId="16BEB0C0" w:rsidR="00976CAB" w:rsidRPr="00305426" w:rsidRDefault="00000000">
            <w:pPr>
              <w:spacing w:after="0" w:line="240" w:lineRule="auto"/>
              <w:rPr>
                <w:lang w:val="it-IT"/>
              </w:rPr>
            </w:pPr>
            <w:r w:rsidRPr="00305426">
              <w:rPr>
                <w:sz w:val="20"/>
                <w:lang w:val="it-IT"/>
              </w:rPr>
              <w:t>Il consenso può essere revocato in qualsiasi momento per le attività future.</w:t>
            </w:r>
          </w:p>
        </w:tc>
      </w:tr>
    </w:tbl>
    <w:p w14:paraId="7F5FFA04" w14:textId="77777777" w:rsidR="00976CAB" w:rsidRPr="00305426" w:rsidRDefault="00976CAB">
      <w:pPr>
        <w:spacing w:after="0"/>
        <w:rPr>
          <w:lang w:val="it-IT"/>
        </w:rPr>
      </w:pP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5411"/>
        <w:gridCol w:w="5411"/>
      </w:tblGrid>
      <w:tr w:rsidR="00976CAB" w14:paraId="20538D92" w14:textId="77777777">
        <w:trPr>
          <w:jc w:val="center"/>
        </w:trPr>
        <w:tc>
          <w:tcPr>
            <w:tcW w:w="5411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768E3" w14:textId="168FA87E" w:rsidR="00976CAB" w:rsidRDefault="00000000">
            <w:r>
              <w:rPr>
                <w:b/>
                <w:sz w:val="20"/>
              </w:rPr>
              <w:t>GENITORE / TUTORE</w:t>
            </w:r>
          </w:p>
        </w:tc>
        <w:tc>
          <w:tcPr>
            <w:tcW w:w="5411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F82A3" w14:textId="42D9B96C" w:rsidR="00976CAB" w:rsidRDefault="00000000">
            <w:r>
              <w:rPr>
                <w:b/>
                <w:sz w:val="20"/>
              </w:rPr>
              <w:t>GENITORE / TUTORE</w:t>
            </w:r>
          </w:p>
        </w:tc>
      </w:tr>
      <w:tr w:rsidR="00976CAB" w14:paraId="01D6E3B7" w14:textId="77777777">
        <w:trPr>
          <w:jc w:val="center"/>
        </w:trPr>
        <w:tc>
          <w:tcPr>
            <w:tcW w:w="541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6AD229" w14:textId="77777777" w:rsidR="00976CAB" w:rsidRPr="00305426" w:rsidRDefault="00000000">
            <w:pPr>
              <w:spacing w:after="0" w:line="240" w:lineRule="auto"/>
              <w:rPr>
                <w:lang w:val="it-IT"/>
              </w:rPr>
            </w:pPr>
            <w:r w:rsidRPr="00305426">
              <w:rPr>
                <w:sz w:val="19"/>
                <w:lang w:val="it-IT"/>
              </w:rPr>
              <w:t>Nome e cognome: __________________________</w:t>
            </w:r>
          </w:p>
          <w:p w14:paraId="06BB2218" w14:textId="04275D77" w:rsidR="00305426" w:rsidRDefault="00305426">
            <w:pPr>
              <w:spacing w:after="0" w:line="240" w:lineRule="auto"/>
              <w:rPr>
                <w:sz w:val="19"/>
                <w:lang w:val="it-IT"/>
              </w:rPr>
            </w:pPr>
            <w:r w:rsidRPr="00305426">
              <w:rPr>
                <w:sz w:val="19"/>
                <w:lang w:val="it-IT"/>
              </w:rPr>
              <w:t>E-mail</w:t>
            </w:r>
            <w:r>
              <w:rPr>
                <w:sz w:val="19"/>
                <w:lang w:val="it-IT"/>
              </w:rPr>
              <w:t xml:space="preserve">: </w:t>
            </w:r>
            <w:r w:rsidRPr="00305426">
              <w:rPr>
                <w:sz w:val="19"/>
                <w:lang w:val="it-IT"/>
              </w:rPr>
              <w:t>__________________________</w:t>
            </w:r>
          </w:p>
          <w:p w14:paraId="5D0D4A9B" w14:textId="58275E36" w:rsidR="00976CAB" w:rsidRPr="00305426" w:rsidRDefault="00305426">
            <w:pPr>
              <w:spacing w:after="0" w:line="240" w:lineRule="auto"/>
              <w:rPr>
                <w:lang w:val="it-IT"/>
              </w:rPr>
            </w:pPr>
            <w:r>
              <w:rPr>
                <w:sz w:val="19"/>
                <w:lang w:val="it-IT"/>
              </w:rPr>
              <w:t>T</w:t>
            </w:r>
            <w:r w:rsidRPr="00305426">
              <w:rPr>
                <w:sz w:val="19"/>
                <w:lang w:val="it-IT"/>
              </w:rPr>
              <w:t>elefono: __________________________</w:t>
            </w:r>
          </w:p>
          <w:p w14:paraId="61F402BC" w14:textId="77777777" w:rsidR="00976CAB" w:rsidRDefault="00000000">
            <w:pPr>
              <w:spacing w:after="0" w:line="240" w:lineRule="auto"/>
            </w:pPr>
            <w:r>
              <w:rPr>
                <w:sz w:val="19"/>
              </w:rPr>
              <w:t>Firma: ____________________________________</w:t>
            </w:r>
          </w:p>
        </w:tc>
        <w:tc>
          <w:tcPr>
            <w:tcW w:w="541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7B7234" w14:textId="77777777" w:rsidR="00305426" w:rsidRPr="00305426" w:rsidRDefault="00305426" w:rsidP="00305426">
            <w:pPr>
              <w:spacing w:after="0" w:line="240" w:lineRule="auto"/>
              <w:rPr>
                <w:lang w:val="it-IT"/>
              </w:rPr>
            </w:pPr>
            <w:r w:rsidRPr="00305426">
              <w:rPr>
                <w:sz w:val="19"/>
                <w:lang w:val="it-IT"/>
              </w:rPr>
              <w:t>Nome e cognome: __________________________</w:t>
            </w:r>
          </w:p>
          <w:p w14:paraId="22D8EAB1" w14:textId="281B5075" w:rsidR="00305426" w:rsidRDefault="00305426" w:rsidP="00305426">
            <w:pPr>
              <w:spacing w:after="0" w:line="240" w:lineRule="auto"/>
              <w:rPr>
                <w:sz w:val="19"/>
                <w:lang w:val="it-IT"/>
              </w:rPr>
            </w:pPr>
            <w:r w:rsidRPr="00305426">
              <w:rPr>
                <w:sz w:val="19"/>
                <w:lang w:val="it-IT"/>
              </w:rPr>
              <w:t>E-mail</w:t>
            </w:r>
            <w:r>
              <w:rPr>
                <w:sz w:val="19"/>
                <w:lang w:val="it-IT"/>
              </w:rPr>
              <w:t xml:space="preserve">: </w:t>
            </w:r>
            <w:r w:rsidRPr="00305426">
              <w:rPr>
                <w:sz w:val="19"/>
                <w:lang w:val="it-IT"/>
              </w:rPr>
              <w:t>__________________________</w:t>
            </w:r>
          </w:p>
          <w:p w14:paraId="76B04BCF" w14:textId="3121E9E1" w:rsidR="00305426" w:rsidRPr="00305426" w:rsidRDefault="00305426" w:rsidP="00305426">
            <w:pPr>
              <w:spacing w:after="0" w:line="240" w:lineRule="auto"/>
              <w:rPr>
                <w:lang w:val="it-IT"/>
              </w:rPr>
            </w:pPr>
            <w:r>
              <w:rPr>
                <w:sz w:val="19"/>
                <w:lang w:val="it-IT"/>
              </w:rPr>
              <w:t>T</w:t>
            </w:r>
            <w:r w:rsidRPr="00305426">
              <w:rPr>
                <w:sz w:val="19"/>
                <w:lang w:val="it-IT"/>
              </w:rPr>
              <w:t>elefono: __________________________</w:t>
            </w:r>
          </w:p>
          <w:p w14:paraId="2BA55C69" w14:textId="6459374A" w:rsidR="00976CAB" w:rsidRDefault="00305426" w:rsidP="00305426">
            <w:pPr>
              <w:spacing w:after="0" w:line="240" w:lineRule="auto"/>
            </w:pPr>
            <w:r>
              <w:rPr>
                <w:sz w:val="19"/>
              </w:rPr>
              <w:t>Firma: ____________________________________</w:t>
            </w:r>
          </w:p>
        </w:tc>
      </w:tr>
      <w:tr w:rsidR="00976CAB" w14:paraId="64010BE8" w14:textId="77777777">
        <w:trPr>
          <w:jc w:val="center"/>
        </w:trPr>
        <w:tc>
          <w:tcPr>
            <w:tcW w:w="10822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EAA678" w14:textId="77777777" w:rsidR="00976CAB" w:rsidRDefault="00000000">
            <w:pPr>
              <w:spacing w:after="0"/>
            </w:pPr>
            <w:r>
              <w:rPr>
                <w:sz w:val="19"/>
              </w:rPr>
              <w:t>Luogo e data: ______________________________________________</w:t>
            </w:r>
          </w:p>
        </w:tc>
      </w:tr>
    </w:tbl>
    <w:p w14:paraId="1732AA9C" w14:textId="77777777" w:rsidR="00976CAB" w:rsidRDefault="00976CAB">
      <w:pPr>
        <w:spacing w:after="0"/>
      </w:pP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ook w:val="04A0" w:firstRow="1" w:lastRow="0" w:firstColumn="1" w:lastColumn="0" w:noHBand="0" w:noVBand="1"/>
      </w:tblPr>
      <w:tblGrid>
        <w:gridCol w:w="10822"/>
      </w:tblGrid>
      <w:tr w:rsidR="00976CAB" w:rsidRPr="00305426" w14:paraId="1B1FE9B5" w14:textId="77777777">
        <w:trPr>
          <w:jc w:val="center"/>
        </w:trPr>
        <w:tc>
          <w:tcPr>
            <w:tcW w:w="10822" w:type="dx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280D394" w14:textId="77777777" w:rsidR="00305426" w:rsidRDefault="00000000">
            <w:pPr>
              <w:spacing w:after="20" w:line="240" w:lineRule="auto"/>
              <w:rPr>
                <w:b/>
                <w:sz w:val="20"/>
                <w:lang w:val="it-IT"/>
              </w:rPr>
            </w:pPr>
            <w:r w:rsidRPr="00305426">
              <w:rPr>
                <w:b/>
                <w:sz w:val="20"/>
                <w:lang w:val="it-IT"/>
              </w:rPr>
              <w:t xml:space="preserve">SE FIRMA UN SOLO </w:t>
            </w:r>
            <w:r w:rsidR="00305426" w:rsidRPr="00305426">
              <w:rPr>
                <w:b/>
                <w:sz w:val="20"/>
                <w:lang w:val="it-IT"/>
              </w:rPr>
              <w:t xml:space="preserve">GENITORE </w:t>
            </w:r>
          </w:p>
          <w:p w14:paraId="36BE5339" w14:textId="77862998" w:rsidR="00052D48" w:rsidRPr="00052D48" w:rsidRDefault="00052D48" w:rsidP="00052D48">
            <w:pPr>
              <w:spacing w:after="20" w:line="240" w:lineRule="auto"/>
              <w:rPr>
                <w:sz w:val="19"/>
                <w:lang w:val="it-IT"/>
              </w:rPr>
            </w:pPr>
            <w:r w:rsidRPr="00052D48">
              <w:rPr>
                <w:sz w:val="19"/>
                <w:lang w:val="it-IT"/>
              </w:rPr>
              <w:t>Dichiaro che l’altro genitore che esercita la responsabilità genitoriale è informato e concorda con le scelte espresse nel presente modulo.</w:t>
            </w:r>
            <w:r>
              <w:rPr>
                <w:sz w:val="19"/>
                <w:lang w:val="it-IT"/>
              </w:rPr>
              <w:t xml:space="preserve"> </w:t>
            </w:r>
            <w:r w:rsidRPr="00052D48">
              <w:rPr>
                <w:sz w:val="19"/>
                <w:lang w:val="it-IT"/>
              </w:rPr>
              <w:t>La presente dichiarazione è resa ai sensi del DPR 445/2000, nella consapevolezza delle responsabilità previste in caso di dichiarazioni non veritiere.</w:t>
            </w:r>
          </w:p>
          <w:p w14:paraId="49354188" w14:textId="3FC639A3" w:rsidR="00976CAB" w:rsidRPr="00052D48" w:rsidRDefault="00052D48" w:rsidP="00052D48">
            <w:pPr>
              <w:spacing w:after="20" w:line="240" w:lineRule="auto"/>
              <w:rPr>
                <w:sz w:val="19"/>
                <w:lang w:val="it-IT"/>
              </w:rPr>
            </w:pPr>
            <w:r w:rsidRPr="00052D48">
              <w:rPr>
                <w:sz w:val="19"/>
                <w:lang w:val="it-IT"/>
              </w:rPr>
              <w:t>Firma: ________________________________________________</w:t>
            </w:r>
          </w:p>
        </w:tc>
      </w:tr>
      <w:tr w:rsidR="00305426" w:rsidRPr="00052D48" w14:paraId="42023503" w14:textId="77777777" w:rsidTr="00305426">
        <w:trPr>
          <w:jc w:val="center"/>
        </w:trPr>
        <w:tc>
          <w:tcPr>
            <w:tcW w:w="1082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77E2257" w14:textId="717BA33D" w:rsidR="00305426" w:rsidRPr="00305426" w:rsidRDefault="00305426" w:rsidP="00305426">
            <w:pPr>
              <w:spacing w:after="20" w:line="240" w:lineRule="auto"/>
              <w:rPr>
                <w:bCs/>
                <w:sz w:val="16"/>
                <w:szCs w:val="18"/>
                <w:lang w:val="it-IT"/>
              </w:rPr>
            </w:pPr>
            <w:r w:rsidRPr="00305426">
              <w:rPr>
                <w:bCs/>
                <w:sz w:val="16"/>
                <w:szCs w:val="18"/>
                <w:lang w:val="it-IT"/>
              </w:rPr>
              <w:t>SE FIRMA UN TUTORE O ALTRO SOGGETTO LEGITTIMATO</w:t>
            </w:r>
          </w:p>
          <w:p w14:paraId="0270F20B" w14:textId="679C2774" w:rsidR="00305426" w:rsidRPr="00305426" w:rsidRDefault="00305426" w:rsidP="00305426">
            <w:pPr>
              <w:spacing w:after="20" w:line="240" w:lineRule="auto"/>
              <w:rPr>
                <w:sz w:val="19"/>
                <w:lang w:val="it-IT"/>
              </w:rPr>
            </w:pPr>
            <w:r w:rsidRPr="00305426">
              <w:rPr>
                <w:sz w:val="16"/>
                <w:szCs w:val="18"/>
                <w:lang w:val="it-IT"/>
              </w:rPr>
              <w:t>Indicare la qualità e gli estremi dell’eventuale provvedimento: ________________________________________________</w:t>
            </w:r>
          </w:p>
        </w:tc>
      </w:tr>
    </w:tbl>
    <w:p w14:paraId="32557C6D" w14:textId="77777777" w:rsidR="00894A38" w:rsidRDefault="00894A38" w:rsidP="00305426">
      <w:pPr>
        <w:spacing w:after="20" w:line="240" w:lineRule="auto"/>
        <w:rPr>
          <w:sz w:val="19"/>
          <w:lang w:val="it-IT"/>
        </w:rPr>
      </w:pPr>
    </w:p>
    <w:p w14:paraId="22540DCB" w14:textId="51617F52" w:rsidR="00817B1A" w:rsidRPr="00817B1A" w:rsidRDefault="00E06551" w:rsidP="00E06551">
      <w:pPr>
        <w:tabs>
          <w:tab w:val="left" w:pos="5904"/>
          <w:tab w:val="left" w:pos="8100"/>
        </w:tabs>
        <w:rPr>
          <w:sz w:val="19"/>
          <w:lang w:val="it-IT"/>
        </w:rPr>
      </w:pPr>
      <w:r>
        <w:rPr>
          <w:sz w:val="19"/>
          <w:lang w:val="it-IT"/>
        </w:rPr>
        <w:tab/>
      </w:r>
      <w:r>
        <w:rPr>
          <w:sz w:val="19"/>
          <w:lang w:val="it-IT"/>
        </w:rPr>
        <w:tab/>
      </w:r>
    </w:p>
    <w:sectPr w:rsidR="00817B1A" w:rsidRPr="00817B1A" w:rsidSect="00034616">
      <w:footerReference w:type="default" r:id="rId8"/>
      <w:pgSz w:w="12240" w:h="15840"/>
      <w:pgMar w:top="624" w:right="709" w:bottom="62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D1738" w14:textId="77777777" w:rsidR="003B5402" w:rsidRDefault="003B5402">
      <w:pPr>
        <w:spacing w:after="0" w:line="240" w:lineRule="auto"/>
      </w:pPr>
      <w:r>
        <w:separator/>
      </w:r>
    </w:p>
  </w:endnote>
  <w:endnote w:type="continuationSeparator" w:id="0">
    <w:p w14:paraId="7702F148" w14:textId="77777777" w:rsidR="003B5402" w:rsidRDefault="003B5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1488" w14:textId="5D02D991" w:rsidR="00976CAB" w:rsidRPr="00E06551" w:rsidRDefault="00E06551" w:rsidP="00E06551">
    <w:pPr>
      <w:pStyle w:val="Pidipagina"/>
      <w:jc w:val="center"/>
      <w:rPr>
        <w:lang w:val="it-IT"/>
      </w:rPr>
    </w:pPr>
    <w:r w:rsidRPr="00E06551">
      <w:rPr>
        <w:sz w:val="17"/>
        <w:lang w:val="it-IT"/>
      </w:rPr>
      <w:t xml:space="preserve">Caleidoscopio APS - CF 95201420106 </w:t>
    </w:r>
    <w:r>
      <w:rPr>
        <w:sz w:val="17"/>
        <w:lang w:val="it-IT"/>
      </w:rPr>
      <w:t xml:space="preserve">- </w:t>
    </w:r>
    <w:r w:rsidRPr="00E06551">
      <w:rPr>
        <w:sz w:val="17"/>
        <w:lang w:val="it-IT"/>
      </w:rPr>
      <w:t>Iscritta al RUNTS - n. repertorio 38588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3EF4" w14:textId="77777777" w:rsidR="003B5402" w:rsidRDefault="003B5402">
      <w:pPr>
        <w:spacing w:after="0" w:line="240" w:lineRule="auto"/>
      </w:pPr>
      <w:r>
        <w:separator/>
      </w:r>
    </w:p>
  </w:footnote>
  <w:footnote w:type="continuationSeparator" w:id="0">
    <w:p w14:paraId="02A23852" w14:textId="77777777" w:rsidR="003B5402" w:rsidRDefault="003B5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174549">
    <w:abstractNumId w:val="8"/>
  </w:num>
  <w:num w:numId="2" w16cid:durableId="409350447">
    <w:abstractNumId w:val="6"/>
  </w:num>
  <w:num w:numId="3" w16cid:durableId="1278098854">
    <w:abstractNumId w:val="5"/>
  </w:num>
  <w:num w:numId="4" w16cid:durableId="1377463230">
    <w:abstractNumId w:val="4"/>
  </w:num>
  <w:num w:numId="5" w16cid:durableId="2048600299">
    <w:abstractNumId w:val="7"/>
  </w:num>
  <w:num w:numId="6" w16cid:durableId="1705015810">
    <w:abstractNumId w:val="3"/>
  </w:num>
  <w:num w:numId="7" w16cid:durableId="1659335072">
    <w:abstractNumId w:val="2"/>
  </w:num>
  <w:num w:numId="8" w16cid:durableId="774130832">
    <w:abstractNumId w:val="1"/>
  </w:num>
  <w:num w:numId="9" w16cid:durableId="27776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D48"/>
    <w:rsid w:val="0006063C"/>
    <w:rsid w:val="0015074B"/>
    <w:rsid w:val="001A1BDD"/>
    <w:rsid w:val="0029639D"/>
    <w:rsid w:val="00305426"/>
    <w:rsid w:val="00326F90"/>
    <w:rsid w:val="003B5402"/>
    <w:rsid w:val="00472567"/>
    <w:rsid w:val="005D696F"/>
    <w:rsid w:val="006E6D3F"/>
    <w:rsid w:val="006F2523"/>
    <w:rsid w:val="00817B1A"/>
    <w:rsid w:val="00894A38"/>
    <w:rsid w:val="00976CAB"/>
    <w:rsid w:val="00AA1D8D"/>
    <w:rsid w:val="00AD5018"/>
    <w:rsid w:val="00B47730"/>
    <w:rsid w:val="00CB0664"/>
    <w:rsid w:val="00E065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E243D8"/>
  <w14:defaultImageDpi w14:val="300"/>
  <w15:docId w15:val="{6B637C5C-1A8E-4C5B-80BE-99DE9E33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Milena Albani</cp:lastModifiedBy>
  <cp:revision>7</cp:revision>
  <dcterms:created xsi:type="dcterms:W3CDTF">2013-12-23T23:15:00Z</dcterms:created>
  <dcterms:modified xsi:type="dcterms:W3CDTF">2026-09-10T10:45:00Z</dcterms:modified>
  <cp:category/>
</cp:coreProperties>
</file>